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צירופי סמיכות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נסמך וסומך בצירוף 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הנסמך משתנה ביחיד וברבים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איפה שמים ה׳ הידיעה בצירוף 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מה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נסמך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על המילה 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עוגת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הופך לימי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מוסיפים 'של'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הנסמך הוא המילה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כמו בית הספר ולא הבית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בכרטיס ההסבר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בודקים עם המילה 'של'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הנסמך משתנה ברבים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ארוחת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צירוף לכלל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(ה׳ הידיעה על הסומך)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(ה← ת בנסמך)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(ים← י ברבים)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(רבים: יום ← ימי)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(נסמך + סומך פשוט)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(מיודע - ה׳ על המילה השנייה)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בניית הכלל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מזהים שתי מילים שיוצרות משמעות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אם אפשר להוסיף את המילה 'של' ביניהן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מזהים את הנסמך - המילה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מזהים את הסומך - המילה 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אם צריך ליידע, מוסיפים ה׳ הידיעה על הסומך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תיק גב - נסמך תיק, סומך גב. ארון בגדים - נסמך ארון, סומך בגדים.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ה׳ הידיעה בצירוף סמיכות באה תמיד על המילה השנייה, הסומך.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נסמך - מילה ראשונה, סומך - מילה שנייה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 הסומך, המילה השנייה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נכונה כמו בתי ספר או ימי הולדת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בטריק 'ה׳ הולכת לסוף הרכבת' כדי לחזק את מיקום ה׳ הידיעה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לפני הכתיבה, במיוחד עם שינויי הנסמך 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בדוגמאות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צירופי סמיכות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שתי מילים ביחד עושות מילה אחת חדשה. למשל: בית ספר. המילה הראשונה נקראת נסמך, המילה השנייה נקראת סומך.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שנצמדות ויוצרות משמעות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נסמך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הראשונה בצירוף, לפעמים משתנה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סומך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השנייה בצירוף, עליה באה ה׳ הידיעה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ה׳ הידיעה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ה׳ שמראה שמדברים על דבר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של מילה אחת, לא רבים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של יותר ממילה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בדיקת של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לבדוק סמיכות: מוסיפים את המילה של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- מה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למילה 'בית' בצירוף 'בית ספר'?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איזו מילה שמים את ה׳ הידיעה?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המילה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שתי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המילה השנייה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אומרים 'עוגה של שוקולד' בצירוף סמיכות?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עוגה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עוגת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עוגות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עוגה השוקולד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הצורה הנכונה ליידוע 'בית ספר'?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ספר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אומרים 'יום הולדת' ברבים?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נשאר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הופך לימים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הופך לימי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הופך לימות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דרך בודקת אם צירוף הוא סמיכות?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מוסיפים 'עם'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מוסיפים 'של'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מוסיפים 'על'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מוסיפים 'אל'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בצירוף סמיכות, הנסמך הוא תמיד המילה השנייה.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ה׳ הידיעה בצירוף סמיכות באה על המילה השנייה.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נסמך שמסתיים ב-ות נשאר אותו דבר ברבים, כמו 'עוגות שוקולד'.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לבדוק סמיכות על ידי הוספת המילה 'עם'.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בצירוף 'ארוחת בוקר' המילה 'ארוחה' השתנתה ל'ארוחת'.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ברבים, 'ספרים' הופך ל'ספרי' בצירוף 'ספרי קריאה'.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עוגה + שוקולד = עוגת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גן + ילדים ברבים = __________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בית + הספר ביחיד מיודע = 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יום + הולדת ברבים = __________ הולדת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ארוחה + בוקר = __________ 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כדור + רגל = כדור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צירוף לכלל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ים← י ברבים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עוגת 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רבים: יום ← ימי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גני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נסמך + סומך פשוט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ימי הולדת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ה← ת בנסמך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כדור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מיודע - ה׳ על המילה השנייה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מגרש המשחקים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ה׳ הידיעה על הסומך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בניית הכלל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מזהים את הנסמך - המילה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צריך ליידע, מוסיפים ה׳ הידיעה על הסומך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מזהים את הסומך - המילה השנייה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מזהים שתי מילים שיוצרות משמעות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אפשר להוסיף את המילה 'של' ביניהן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צירופי סמיכות שאתם מכירים מהבית או מבית הספר, וציינו בכל אחד מה הנסמך ומה הסומך.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אומרים 'בית הספר' ולא 'הבית ספר'.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נסמך לסומך?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באה ה׳ הידיעה בצירוף סמיכות?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לצירוף סמיכות ברבים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צירופי סמיכות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