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הנסמך משתנה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איפה שמים ה׳ הידיעה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המילה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עוגת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 ולא הבית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בכרטיס ההסבר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(ה׳ הידיעה על הסומך)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(ה← ת בנסמך)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(ים← י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(רבים: יום ← 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שתי מילים שיוצרות 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אפשר להוסיף את המילה 'של'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מזהים את הנסמך -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הסומך - המילה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תיק גב - נסמך תיק, סומך גב. ארון בגדים - נסמך ארון, סומך בגדים.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- מילה ראשונה, סומך - מילה 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הסומך, המילה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בתי ספר או ימי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'ה׳ הולכת לסוף הרכבת' כדי לחזק את מיקום 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שינויי הנסמך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צירוף סמיכות הוא שתי מילים שנצמדות יחד ויוצרות משמעות אחת, כמו בית ספר או עוגת שוקולד. המילה הראשונה נקראת נסמך והשנייה נקראת סומך.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גני  ·  הספר  ·  שוקולד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בצירוף 'בית ספר', המילה 'בית'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באה ה׳ הידיעה בצירוף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המילה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שתי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המילה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אומרים 'עוגה של שוקולד' בצירוף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עוגות 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סמיכות, הנסמך הוא תמיד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ה׳ הידיעה בצירוף סמיכות באה על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נסמך שמסתיים ב-ות נשאר אותו דבר ברבים, כמו 'עוגות שוקולד'.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עוגה + שוקולד = עוגת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גן + ילדים ברבים = __________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בית + הספר ביחיד מיודע = 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צירוף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ים← י ברבים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עוגת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ה׳ הידיעה על הסומך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גני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רבים: יום ← 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ה← ת בנסמך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הנסמך - המילה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שתי מילים שיוצרות משמעות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הסומך - המילה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אפשר להוסיף את המילה 'של' ביניהן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צירופי סמיכות שאתם מכירים מהבית או מבית הספר, וציינו בכל אחד מה הנסמך ומה הסומך.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באה ה׳ הידיעה בצירוף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צירופי סמיכות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